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6173D" w14:textId="08C7CFEA" w:rsidR="0035402B" w:rsidRDefault="00000000">
      <w:pPr>
        <w:keepLines/>
        <w:shd w:val="clear" w:color="auto" w:fill="163F3A"/>
        <w:spacing w:after="0" w:line="228" w:lineRule="auto"/>
        <w:jc w:val="center"/>
      </w:pPr>
      <w:r>
        <w:rPr>
          <w:b/>
          <w:color w:val="D59A2A"/>
          <w:sz w:val="18"/>
        </w:rPr>
        <w:t xml:space="preserve">AUGUST </w:t>
      </w:r>
      <w:r w:rsidR="00AE4FFB">
        <w:rPr>
          <w:b/>
          <w:color w:val="D59A2A"/>
          <w:sz w:val="18"/>
        </w:rPr>
        <w:t>19,</w:t>
      </w:r>
      <w:r>
        <w:rPr>
          <w:b/>
          <w:color w:val="D59A2A"/>
          <w:sz w:val="18"/>
        </w:rPr>
        <w:t xml:space="preserve"> 2026</w:t>
      </w:r>
      <w:r>
        <w:rPr>
          <w:b/>
          <w:color w:val="D59A2A"/>
          <w:sz w:val="18"/>
        </w:rPr>
        <w:br/>
      </w:r>
      <w:r>
        <w:rPr>
          <w:b/>
          <w:color w:val="FFFFFF"/>
          <w:sz w:val="54"/>
        </w:rPr>
        <w:t xml:space="preserve">TRANSFORMATION </w:t>
      </w:r>
      <w:r w:rsidR="00AE4FFB">
        <w:rPr>
          <w:b/>
          <w:color w:val="FFFFFF"/>
          <w:sz w:val="54"/>
        </w:rPr>
        <w:t>CHURCH NC</w:t>
      </w:r>
      <w:r>
        <w:rPr>
          <w:b/>
          <w:color w:val="FFFFFF"/>
          <w:sz w:val="54"/>
        </w:rPr>
        <w:br/>
      </w:r>
      <w:r>
        <w:rPr>
          <w:i/>
          <w:color w:val="F7F1E5"/>
        </w:rPr>
        <w:t>News, connection, and opportunities to grow together</w:t>
      </w:r>
    </w:p>
    <w:p w14:paraId="7B16552D" w14:textId="77777777" w:rsidR="0035402B" w:rsidRDefault="00000000">
      <w:pPr>
        <w:spacing w:before="60" w:after="100"/>
        <w:jc w:val="center"/>
      </w:pPr>
      <w:r>
        <w:rPr>
          <w:noProof/>
        </w:rPr>
        <w:drawing>
          <wp:inline distT="0" distB="0" distL="0" distR="0" wp14:anchorId="49FF96C9" wp14:editId="6D48750F">
            <wp:extent cx="6355080" cy="582549"/>
            <wp:effectExtent l="0" t="0" r="0" b="0"/>
            <wp:docPr id="1" name="Picture 1" descr="Decorative branch with teal, gold, rust, and sage leaves" title="Fall leaf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_leaf_divider.png"/>
                    <pic:cNvPicPr/>
                  </pic:nvPicPr>
                  <pic:blipFill>
                    <a:blip r:embed="rId8"/>
                    <a:stretch>
                      <a:fillRect/>
                    </a:stretch>
                  </pic:blipFill>
                  <pic:spPr>
                    <a:xfrm>
                      <a:off x="0" y="0"/>
                      <a:ext cx="6355080" cy="582549"/>
                    </a:xfrm>
                    <a:prstGeom prst="rect">
                      <a:avLst/>
                    </a:prstGeom>
                  </pic:spPr>
                </pic:pic>
              </a:graphicData>
            </a:graphic>
          </wp:inline>
        </w:drawing>
      </w:r>
    </w:p>
    <w:p w14:paraId="22CE8D45" w14:textId="77777777" w:rsidR="0035402B" w:rsidRDefault="00000000">
      <w:pPr>
        <w:keepLines/>
        <w:spacing w:after="60" w:line="240" w:lineRule="auto"/>
        <w:jc w:val="center"/>
      </w:pPr>
      <w:r>
        <w:rPr>
          <w:b/>
          <w:color w:val="163F3A"/>
          <w:sz w:val="27"/>
        </w:rPr>
        <w:t>HELLO, TRANSFORMATION CHURCH NC FAMILY!</w:t>
      </w:r>
    </w:p>
    <w:p w14:paraId="690E5586" w14:textId="77777777" w:rsidR="0035402B" w:rsidRDefault="00000000">
      <w:pPr>
        <w:keepLines/>
        <w:spacing w:after="180"/>
        <w:jc w:val="center"/>
      </w:pPr>
      <w:r>
        <w:rPr>
          <w:i/>
          <w:color w:val="5C6A67"/>
        </w:rPr>
        <w:t>There is a place for you to learn, serve, connect, and help build the future of TCNC.</w:t>
      </w:r>
    </w:p>
    <w:p w14:paraId="65F3DE21" w14:textId="77777777" w:rsidR="0035402B" w:rsidRDefault="00000000">
      <w:pPr>
        <w:keepNext/>
        <w:keepLines/>
        <w:spacing w:after="20" w:line="240" w:lineRule="auto"/>
      </w:pPr>
      <w:r>
        <w:rPr>
          <w:b/>
          <w:color w:val="D59A2A"/>
          <w:sz w:val="17"/>
        </w:rPr>
        <w:t>COMING UP</w:t>
      </w:r>
    </w:p>
    <w:p w14:paraId="579D79C5" w14:textId="77777777" w:rsidR="0035402B" w:rsidRDefault="00000000">
      <w:pPr>
        <w:keepNext/>
        <w:keepLines/>
        <w:spacing w:after="160" w:line="240" w:lineRule="auto"/>
      </w:pPr>
      <w:r>
        <w:rPr>
          <w:b/>
          <w:color w:val="163F3A"/>
          <w:sz w:val="40"/>
        </w:rPr>
        <w:t>Mark Your Calendar</w:t>
      </w:r>
    </w:p>
    <w:p w14:paraId="4F5555FA" w14:textId="77777777" w:rsidR="0035402B" w:rsidRDefault="00000000">
      <w:pPr>
        <w:keepLines/>
        <w:pBdr>
          <w:left w:val="single" w:sz="22" w:space="10" w:color="D59A2A"/>
        </w:pBdr>
        <w:shd w:val="clear" w:color="auto" w:fill="F7F1E5"/>
        <w:spacing w:before="20" w:after="160"/>
        <w:ind w:left="216" w:right="173"/>
      </w:pPr>
      <w:r>
        <w:rPr>
          <w:b/>
          <w:color w:val="D59A2A"/>
          <w:sz w:val="17"/>
        </w:rPr>
        <w:t>SUNDAY, AUGUST 23  |  9:00 AM</w:t>
      </w:r>
      <w:r>
        <w:rPr>
          <w:b/>
          <w:color w:val="D59A2A"/>
          <w:sz w:val="17"/>
        </w:rPr>
        <w:br/>
      </w:r>
      <w:r>
        <w:rPr>
          <w:b/>
          <w:color w:val="163F3A"/>
          <w:sz w:val="26"/>
        </w:rPr>
        <w:t>First Love: New Believers' Class</w:t>
      </w:r>
      <w:r>
        <w:rPr>
          <w:b/>
          <w:color w:val="163F3A"/>
          <w:sz w:val="26"/>
        </w:rPr>
        <w:br/>
      </w:r>
      <w:r>
        <w:rPr>
          <w:sz w:val="20"/>
        </w:rPr>
        <w:t>New to the faith? A mature believer interested in learning more about the Bible and applying its principles to your life? This class has something for everyone. Pastor Andy teaches a new topic each week, so feel free to join at any time.</w:t>
      </w:r>
    </w:p>
    <w:p w14:paraId="17D048BD" w14:textId="77777777" w:rsidR="0035402B" w:rsidRDefault="00000000">
      <w:pPr>
        <w:keepLines/>
        <w:pBdr>
          <w:left w:val="single" w:sz="22" w:space="10" w:color="A95632"/>
        </w:pBdr>
        <w:shd w:val="clear" w:color="auto" w:fill="F5E2D8"/>
        <w:spacing w:before="20" w:after="160"/>
        <w:ind w:left="216" w:right="173"/>
      </w:pPr>
      <w:r>
        <w:rPr>
          <w:b/>
          <w:color w:val="A95632"/>
          <w:sz w:val="17"/>
        </w:rPr>
        <w:t>SAVE THE DATE  |  SATURDAY, SEPTEMBER 19</w:t>
      </w:r>
      <w:r>
        <w:rPr>
          <w:b/>
          <w:color w:val="A95632"/>
          <w:sz w:val="17"/>
        </w:rPr>
        <w:br/>
      </w:r>
      <w:r>
        <w:rPr>
          <w:b/>
          <w:color w:val="163F3A"/>
          <w:sz w:val="26"/>
        </w:rPr>
        <w:t>TCNC Fall Festival Fundraiser</w:t>
      </w:r>
      <w:r>
        <w:rPr>
          <w:b/>
          <w:color w:val="163F3A"/>
          <w:sz w:val="26"/>
        </w:rPr>
        <w:br/>
      </w:r>
      <w:r>
        <w:rPr>
          <w:sz w:val="20"/>
        </w:rPr>
        <w:t>Come enjoy the festival and help us move closer to a church home. Proceeds benefit the down payment for our church. Volunteers are needed. Sign-up sheets are available at the TC Central Table.</w:t>
      </w:r>
    </w:p>
    <w:p w14:paraId="2C834A3C" w14:textId="77777777" w:rsidR="0035402B" w:rsidRDefault="00000000">
      <w:pPr>
        <w:keepNext/>
        <w:keepLines/>
        <w:spacing w:after="20" w:line="240" w:lineRule="auto"/>
      </w:pPr>
      <w:r>
        <w:rPr>
          <w:b/>
          <w:color w:val="D59A2A"/>
          <w:sz w:val="17"/>
        </w:rPr>
        <w:t>MAKE A DIFFERENCE</w:t>
      </w:r>
    </w:p>
    <w:p w14:paraId="43C3B5E4" w14:textId="77777777" w:rsidR="0035402B" w:rsidRDefault="00000000">
      <w:pPr>
        <w:keepNext/>
        <w:keepLines/>
        <w:spacing w:after="160" w:line="240" w:lineRule="auto"/>
      </w:pPr>
      <w:r>
        <w:rPr>
          <w:b/>
          <w:color w:val="163F3A"/>
          <w:sz w:val="40"/>
        </w:rPr>
        <w:t>Opportunities to Serve</w:t>
      </w:r>
    </w:p>
    <w:p w14:paraId="4625BA5A" w14:textId="77777777" w:rsidR="0035402B" w:rsidRDefault="00000000">
      <w:pPr>
        <w:keepLines/>
        <w:pBdr>
          <w:left w:val="single" w:sz="22" w:space="10" w:color="163F3A"/>
        </w:pBdr>
        <w:shd w:val="clear" w:color="auto" w:fill="DDE8D8"/>
        <w:spacing w:before="20"/>
        <w:ind w:left="216" w:right="173"/>
      </w:pPr>
      <w:r>
        <w:rPr>
          <w:b/>
          <w:color w:val="163F3A"/>
          <w:sz w:val="17"/>
        </w:rPr>
        <w:t>3N1 KIDS + TC TEENS</w:t>
      </w:r>
      <w:r>
        <w:rPr>
          <w:b/>
          <w:color w:val="163F3A"/>
          <w:sz w:val="17"/>
        </w:rPr>
        <w:br/>
      </w:r>
      <w:r>
        <w:rPr>
          <w:b/>
          <w:color w:val="163F3A"/>
          <w:sz w:val="26"/>
        </w:rPr>
        <w:t>Help Shape the Next Generation</w:t>
      </w:r>
      <w:r>
        <w:rPr>
          <w:b/>
          <w:color w:val="163F3A"/>
          <w:sz w:val="26"/>
        </w:rPr>
        <w:br/>
      </w:r>
      <w:r>
        <w:rPr>
          <w:sz w:val="20"/>
        </w:rPr>
        <w:t>Teachers are needed for Sunday mornings and Wednesday evenings. Scheduling is flexible - serve once or twice per month or every week. Any availability helps. Our young people are the future of the church body, and helping shape and mold them in Christ is an honor. Interested? Contact Shannon Shulenberger, Program Director.</w:t>
      </w:r>
    </w:p>
    <w:p w14:paraId="306AF653" w14:textId="77777777" w:rsidR="0035402B" w:rsidRDefault="00000000">
      <w:pPr>
        <w:keepNext/>
        <w:keepLines/>
        <w:shd w:val="clear" w:color="auto" w:fill="F6E9C7"/>
        <w:spacing w:before="40" w:after="80" w:line="240" w:lineRule="auto"/>
        <w:ind w:left="173" w:right="173"/>
        <w:jc w:val="center"/>
      </w:pPr>
      <w:r>
        <w:rPr>
          <w:b/>
          <w:color w:val="0D2E2A"/>
          <w:sz w:val="17"/>
        </w:rPr>
        <w:t>BUILDING OUR FUTURE TOGETHER</w:t>
      </w:r>
    </w:p>
    <w:p w14:paraId="127889A6" w14:textId="77777777" w:rsidR="0035402B" w:rsidRDefault="00000000">
      <w:pPr>
        <w:keepLines/>
        <w:spacing w:after="40"/>
        <w:jc w:val="center"/>
      </w:pPr>
      <w:r>
        <w:rPr>
          <w:sz w:val="20"/>
        </w:rPr>
        <w:t>Every volunteer hour, festival gift, and TCNC Bingo Shirt purchase supports our shared mission. Bingo shirts are available through the TCNC Facebook page, and all proceeds go to the Building Down Payment Fund.</w:t>
      </w:r>
    </w:p>
    <w:p w14:paraId="35456153" w14:textId="77777777" w:rsidR="0035402B" w:rsidRDefault="00000000">
      <w:pPr>
        <w:spacing w:after="0"/>
      </w:pPr>
      <w:r>
        <w:br w:type="page"/>
      </w:r>
    </w:p>
    <w:p w14:paraId="41B37396" w14:textId="77777777" w:rsidR="0035402B" w:rsidRDefault="00000000">
      <w:pPr>
        <w:keepLines/>
        <w:shd w:val="clear" w:color="auto" w:fill="163F3A"/>
        <w:spacing w:after="0" w:line="228" w:lineRule="auto"/>
        <w:jc w:val="center"/>
      </w:pPr>
      <w:r>
        <w:rPr>
          <w:b/>
          <w:color w:val="D59A2A"/>
          <w:sz w:val="18"/>
        </w:rPr>
        <w:lastRenderedPageBreak/>
        <w:t>WEEKLY + MONTHLY</w:t>
      </w:r>
      <w:r>
        <w:rPr>
          <w:b/>
          <w:color w:val="D59A2A"/>
          <w:sz w:val="18"/>
        </w:rPr>
        <w:br/>
      </w:r>
      <w:r>
        <w:rPr>
          <w:b/>
          <w:color w:val="FFFFFF"/>
          <w:sz w:val="54"/>
        </w:rPr>
        <w:t>GROW TOGETHER</w:t>
      </w:r>
      <w:r>
        <w:rPr>
          <w:b/>
          <w:color w:val="FFFFFF"/>
          <w:sz w:val="54"/>
        </w:rPr>
        <w:br/>
      </w:r>
      <w:r>
        <w:rPr>
          <w:i/>
          <w:color w:val="F7F1E5"/>
        </w:rPr>
        <w:t>Study the Word. Strengthen your faith. Build lasting community.</w:t>
      </w:r>
    </w:p>
    <w:p w14:paraId="1C661171" w14:textId="77777777" w:rsidR="0035402B" w:rsidRDefault="00000000">
      <w:pPr>
        <w:spacing w:before="60" w:after="60"/>
        <w:jc w:val="center"/>
      </w:pPr>
      <w:r>
        <w:rPr>
          <w:noProof/>
        </w:rPr>
        <w:drawing>
          <wp:inline distT="0" distB="0" distL="0" distR="0" wp14:anchorId="0FBFAAB3" wp14:editId="47045E62">
            <wp:extent cx="6355080" cy="582549"/>
            <wp:effectExtent l="0" t="0" r="0" b="0"/>
            <wp:docPr id="2" name="Picture 2" descr="Decorative branch with teal, gold, rust, and sage leaves" title="Fall leaf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_leaf_divider.png"/>
                    <pic:cNvPicPr/>
                  </pic:nvPicPr>
                  <pic:blipFill>
                    <a:blip r:embed="rId8"/>
                    <a:stretch>
                      <a:fillRect/>
                    </a:stretch>
                  </pic:blipFill>
                  <pic:spPr>
                    <a:xfrm>
                      <a:off x="0" y="0"/>
                      <a:ext cx="6355080" cy="582549"/>
                    </a:xfrm>
                    <a:prstGeom prst="rect">
                      <a:avLst/>
                    </a:prstGeom>
                  </pic:spPr>
                </pic:pic>
              </a:graphicData>
            </a:graphic>
          </wp:inline>
        </w:drawing>
      </w:r>
    </w:p>
    <w:p w14:paraId="12B7EEA0" w14:textId="77777777" w:rsidR="0035402B" w:rsidRDefault="00000000">
      <w:pPr>
        <w:keepNext/>
        <w:keepLines/>
        <w:spacing w:after="20" w:line="240" w:lineRule="auto"/>
      </w:pPr>
      <w:r>
        <w:rPr>
          <w:b/>
          <w:color w:val="D59A2A"/>
          <w:sz w:val="17"/>
        </w:rPr>
        <w:t>EVERY WEEK</w:t>
      </w:r>
    </w:p>
    <w:p w14:paraId="354A2A0C" w14:textId="77777777" w:rsidR="0035402B" w:rsidRDefault="00000000">
      <w:pPr>
        <w:keepNext/>
        <w:keepLines/>
        <w:spacing w:after="160" w:line="240" w:lineRule="auto"/>
      </w:pPr>
      <w:r>
        <w:rPr>
          <w:b/>
          <w:color w:val="163F3A"/>
          <w:sz w:val="40"/>
        </w:rPr>
        <w:t>Weekly Spiritual Growth</w:t>
      </w:r>
    </w:p>
    <w:p w14:paraId="793BD17E" w14:textId="77777777" w:rsidR="0035402B" w:rsidRDefault="00000000">
      <w:pPr>
        <w:keepLines/>
        <w:pBdr>
          <w:left w:val="single" w:sz="22" w:space="10" w:color="D59A2A"/>
        </w:pBdr>
        <w:shd w:val="clear" w:color="auto" w:fill="F7F1E5"/>
        <w:spacing w:before="20"/>
        <w:ind w:left="216" w:right="173"/>
      </w:pPr>
      <w:r>
        <w:rPr>
          <w:b/>
          <w:color w:val="D59A2A"/>
          <w:sz w:val="17"/>
        </w:rPr>
        <w:t>TUESDAYS  |  6:00-8:00 PM</w:t>
      </w:r>
      <w:r>
        <w:rPr>
          <w:b/>
          <w:color w:val="D59A2A"/>
          <w:sz w:val="17"/>
        </w:rPr>
        <w:br/>
      </w:r>
      <w:r>
        <w:rPr>
          <w:b/>
          <w:color w:val="163F3A"/>
          <w:sz w:val="26"/>
        </w:rPr>
        <w:t>Women of Faith Bible Study</w:t>
      </w:r>
      <w:r>
        <w:rPr>
          <w:b/>
          <w:color w:val="163F3A"/>
          <w:sz w:val="26"/>
        </w:rPr>
        <w:br/>
      </w:r>
      <w:r>
        <w:rPr>
          <w:sz w:val="20"/>
        </w:rPr>
        <w:t>All adult women are encouraged to attend. This is our time to study the Word, grow our mustard seeds of faith, and do life together. Current study: The Armor of God.</w:t>
      </w:r>
    </w:p>
    <w:p w14:paraId="06E0C564" w14:textId="77777777" w:rsidR="0035402B" w:rsidRDefault="00000000">
      <w:pPr>
        <w:keepLines/>
        <w:pBdr>
          <w:left w:val="single" w:sz="22" w:space="10" w:color="163F3A"/>
        </w:pBdr>
        <w:shd w:val="clear" w:color="auto" w:fill="DDE8D8"/>
        <w:spacing w:before="20" w:after="160"/>
        <w:ind w:left="216" w:right="173"/>
      </w:pPr>
      <w:r>
        <w:rPr>
          <w:b/>
          <w:color w:val="163F3A"/>
          <w:sz w:val="17"/>
        </w:rPr>
        <w:t>WEDNESDAYS  |  6:00-8:00 PM</w:t>
      </w:r>
      <w:r>
        <w:rPr>
          <w:b/>
          <w:color w:val="163F3A"/>
          <w:sz w:val="17"/>
        </w:rPr>
        <w:br/>
      </w:r>
      <w:r>
        <w:rPr>
          <w:b/>
          <w:color w:val="163F3A"/>
          <w:sz w:val="26"/>
        </w:rPr>
        <w:t>Faith, Family &amp; Friends</w:t>
      </w:r>
      <w:r>
        <w:rPr>
          <w:b/>
          <w:color w:val="163F3A"/>
          <w:sz w:val="26"/>
        </w:rPr>
        <w:br/>
      </w:r>
      <w:r>
        <w:rPr>
          <w:sz w:val="20"/>
        </w:rPr>
        <w:t>Refill your spiritual tank with a midweek break from the world. Dinner begins at 6:00 PM in the Fellowship Hall, followed by age-appropriate activities for the whole family.</w:t>
      </w:r>
    </w:p>
    <w:p w14:paraId="78012F1E" w14:textId="77777777" w:rsidR="0035402B" w:rsidRDefault="00000000">
      <w:pPr>
        <w:keepNext/>
        <w:keepLines/>
        <w:spacing w:after="20" w:line="240" w:lineRule="auto"/>
      </w:pPr>
      <w:r>
        <w:rPr>
          <w:b/>
          <w:color w:val="D59A2A"/>
          <w:sz w:val="17"/>
        </w:rPr>
        <w:t>PLAN AHEAD</w:t>
      </w:r>
    </w:p>
    <w:p w14:paraId="60798F07" w14:textId="77777777" w:rsidR="0035402B" w:rsidRDefault="00000000">
      <w:pPr>
        <w:keepNext/>
        <w:keepLines/>
        <w:spacing w:after="160" w:line="240" w:lineRule="auto"/>
      </w:pPr>
      <w:r>
        <w:rPr>
          <w:b/>
          <w:color w:val="163F3A"/>
          <w:sz w:val="40"/>
        </w:rPr>
        <w:t>Monthly Spiritual Growth</w:t>
      </w:r>
    </w:p>
    <w:p w14:paraId="3270E692" w14:textId="77777777" w:rsidR="0035402B" w:rsidRDefault="00000000">
      <w:pPr>
        <w:keepLines/>
        <w:pBdr>
          <w:left w:val="single" w:sz="14" w:space="8" w:color="A95632"/>
        </w:pBdr>
        <w:spacing w:before="20" w:line="264" w:lineRule="auto"/>
        <w:ind w:left="173" w:right="115"/>
      </w:pPr>
      <w:r>
        <w:rPr>
          <w:b/>
          <w:color w:val="163F3A"/>
          <w:sz w:val="22"/>
        </w:rPr>
        <w:t>Pastor's Table - First Sunday of Each Month</w:t>
      </w:r>
      <w:r>
        <w:rPr>
          <w:b/>
          <w:color w:val="163F3A"/>
          <w:sz w:val="22"/>
        </w:rPr>
        <w:br/>
      </w:r>
      <w:r>
        <w:rPr>
          <w:sz w:val="19"/>
        </w:rPr>
        <w:t>New to TCNC? Join the pastor and church leaders after service. Lunch is provided, and we would love to get to know you. Please sign up at TC Central.</w:t>
      </w:r>
    </w:p>
    <w:p w14:paraId="304A3F83" w14:textId="77777777" w:rsidR="0035402B" w:rsidRDefault="00000000">
      <w:pPr>
        <w:keepLines/>
        <w:pBdr>
          <w:left w:val="single" w:sz="14" w:space="8" w:color="D59A2A"/>
        </w:pBdr>
        <w:spacing w:before="20" w:line="264" w:lineRule="auto"/>
        <w:ind w:left="173" w:right="115"/>
      </w:pPr>
      <w:r>
        <w:rPr>
          <w:b/>
          <w:color w:val="163F3A"/>
          <w:sz w:val="22"/>
        </w:rPr>
        <w:t>Women of Faith Monthly Meeting - Second Saturday at Noon</w:t>
      </w:r>
      <w:r>
        <w:rPr>
          <w:b/>
          <w:color w:val="163F3A"/>
          <w:sz w:val="22"/>
        </w:rPr>
        <w:br/>
      </w:r>
      <w:r>
        <w:rPr>
          <w:sz w:val="19"/>
        </w:rPr>
        <w:t>Gather with other women for fellowship and spiritual growth. The 2026 theme is Flourish.</w:t>
      </w:r>
    </w:p>
    <w:p w14:paraId="2B736194" w14:textId="77777777" w:rsidR="0035402B" w:rsidRDefault="00000000">
      <w:pPr>
        <w:keepLines/>
        <w:pBdr>
          <w:left w:val="single" w:sz="14" w:space="8" w:color="163F3A"/>
        </w:pBdr>
        <w:spacing w:before="20" w:line="264" w:lineRule="auto"/>
        <w:ind w:left="173" w:right="115"/>
      </w:pPr>
      <w:r>
        <w:rPr>
          <w:b/>
          <w:color w:val="163F3A"/>
          <w:sz w:val="22"/>
        </w:rPr>
        <w:t>Membership Class - Third Sunday of Each Month</w:t>
      </w:r>
      <w:r>
        <w:rPr>
          <w:b/>
          <w:color w:val="163F3A"/>
          <w:sz w:val="22"/>
        </w:rPr>
        <w:br/>
      </w:r>
      <w:r>
        <w:rPr>
          <w:sz w:val="19"/>
        </w:rPr>
        <w:t>Interested in joining TCNC? Stay for lunch after service to learn what we stand for, the benefits of membership, and how to take your next step.</w:t>
      </w:r>
    </w:p>
    <w:p w14:paraId="04732E34" w14:textId="77777777" w:rsidR="0035402B" w:rsidRDefault="00000000">
      <w:pPr>
        <w:keepLines/>
        <w:pBdr>
          <w:left w:val="single" w:sz="14" w:space="8" w:color="A95632"/>
        </w:pBdr>
        <w:spacing w:before="20" w:line="264" w:lineRule="auto"/>
        <w:ind w:left="173" w:right="115"/>
      </w:pPr>
      <w:r>
        <w:rPr>
          <w:b/>
          <w:color w:val="163F3A"/>
          <w:sz w:val="22"/>
        </w:rPr>
        <w:t>Men's Forge Ministry - Fourth Saturday, 11:00 AM-1:00 PM</w:t>
      </w:r>
      <w:r>
        <w:rPr>
          <w:b/>
          <w:color w:val="163F3A"/>
          <w:sz w:val="22"/>
        </w:rPr>
        <w:br/>
      </w:r>
      <w:r>
        <w:rPr>
          <w:sz w:val="19"/>
        </w:rPr>
        <w:t>Men, do not miss the opportunity to fellowship and grow with your brothers in Christ. Join the monthly Bible study in the Fellowship Hall, led by Elder TJ Woods.</w:t>
      </w:r>
    </w:p>
    <w:p w14:paraId="51C046A6" w14:textId="77777777" w:rsidR="0035402B" w:rsidRDefault="00000000">
      <w:pPr>
        <w:keepLines/>
        <w:spacing w:before="40" w:after="20"/>
        <w:jc w:val="center"/>
      </w:pPr>
      <w:r>
        <w:rPr>
          <w:b/>
          <w:color w:val="163F3A"/>
          <w:sz w:val="20"/>
        </w:rPr>
        <w:t>A simple rhythm for the month</w:t>
      </w:r>
    </w:p>
    <w:p w14:paraId="58632C43" w14:textId="77777777" w:rsidR="0035402B" w:rsidRDefault="00000000">
      <w:pPr>
        <w:keepLines/>
        <w:spacing w:after="20"/>
        <w:jc w:val="center"/>
      </w:pPr>
      <w:r>
        <w:rPr>
          <w:i/>
          <w:color w:val="5C6A67"/>
          <w:sz w:val="18"/>
        </w:rPr>
        <w:t>1st Sunday: Pastor's Table   |   2nd Saturday: Women of Faith   |   3rd Sunday: Membership Class   |   4th Saturday: Men's Forge</w:t>
      </w:r>
    </w:p>
    <w:p w14:paraId="6FA5FDFF" w14:textId="77777777" w:rsidR="0035402B" w:rsidRDefault="00000000">
      <w:pPr>
        <w:spacing w:after="0"/>
      </w:pPr>
      <w:r>
        <w:br w:type="page"/>
      </w:r>
    </w:p>
    <w:p w14:paraId="4E0E22E9" w14:textId="77777777" w:rsidR="0035402B" w:rsidRDefault="00000000">
      <w:pPr>
        <w:keepLines/>
        <w:shd w:val="clear" w:color="auto" w:fill="163F3A"/>
        <w:spacing w:after="0" w:line="228" w:lineRule="auto"/>
        <w:jc w:val="center"/>
      </w:pPr>
      <w:r>
        <w:rPr>
          <w:b/>
          <w:color w:val="D59A2A"/>
          <w:sz w:val="18"/>
        </w:rPr>
        <w:lastRenderedPageBreak/>
        <w:t>SERVE + CONNECT</w:t>
      </w:r>
      <w:r>
        <w:rPr>
          <w:b/>
          <w:color w:val="D59A2A"/>
          <w:sz w:val="18"/>
        </w:rPr>
        <w:br/>
      </w:r>
      <w:r>
        <w:rPr>
          <w:b/>
          <w:color w:val="FFFFFF"/>
          <w:sz w:val="54"/>
        </w:rPr>
        <w:t>LOVE OUR COMMUNITY</w:t>
      </w:r>
      <w:r>
        <w:rPr>
          <w:b/>
          <w:color w:val="FFFFFF"/>
          <w:sz w:val="54"/>
        </w:rPr>
        <w:br/>
      </w:r>
      <w:r>
        <w:rPr>
          <w:i/>
          <w:color w:val="F7F1E5"/>
        </w:rPr>
        <w:t>Meet practical needs, build fellowship, and stay in the loop.</w:t>
      </w:r>
    </w:p>
    <w:p w14:paraId="0F5E277A" w14:textId="77777777" w:rsidR="0035402B" w:rsidRDefault="00000000">
      <w:pPr>
        <w:spacing w:before="60" w:after="60"/>
        <w:jc w:val="center"/>
      </w:pPr>
      <w:r>
        <w:rPr>
          <w:noProof/>
        </w:rPr>
        <w:drawing>
          <wp:inline distT="0" distB="0" distL="0" distR="0" wp14:anchorId="0DA5A8C6" wp14:editId="27487F3C">
            <wp:extent cx="6355080" cy="582549"/>
            <wp:effectExtent l="0" t="0" r="0" b="0"/>
            <wp:docPr id="3" name="Picture 3" descr="Decorative branch with teal, gold, rust, and sage leaves" title="Fall leaf div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_leaf_divider.png"/>
                    <pic:cNvPicPr/>
                  </pic:nvPicPr>
                  <pic:blipFill>
                    <a:blip r:embed="rId8"/>
                    <a:stretch>
                      <a:fillRect/>
                    </a:stretch>
                  </pic:blipFill>
                  <pic:spPr>
                    <a:xfrm>
                      <a:off x="0" y="0"/>
                      <a:ext cx="6355080" cy="582549"/>
                    </a:xfrm>
                    <a:prstGeom prst="rect">
                      <a:avLst/>
                    </a:prstGeom>
                  </pic:spPr>
                </pic:pic>
              </a:graphicData>
            </a:graphic>
          </wp:inline>
        </w:drawing>
      </w:r>
    </w:p>
    <w:p w14:paraId="2A1D3D34" w14:textId="77777777" w:rsidR="0035402B" w:rsidRDefault="00000000">
      <w:pPr>
        <w:keepNext/>
        <w:keepLines/>
        <w:spacing w:after="20" w:line="240" w:lineRule="auto"/>
      </w:pPr>
      <w:r>
        <w:rPr>
          <w:b/>
          <w:color w:val="D59A2A"/>
          <w:sz w:val="17"/>
        </w:rPr>
        <w:t>PUT FAITH INTO ACTION</w:t>
      </w:r>
    </w:p>
    <w:p w14:paraId="3EC1AB1D" w14:textId="77777777" w:rsidR="0035402B" w:rsidRDefault="00000000">
      <w:pPr>
        <w:keepNext/>
        <w:keepLines/>
        <w:spacing w:after="160" w:line="240" w:lineRule="auto"/>
      </w:pPr>
      <w:r>
        <w:rPr>
          <w:b/>
          <w:color w:val="163F3A"/>
          <w:sz w:val="40"/>
        </w:rPr>
        <w:t>Outreach</w:t>
      </w:r>
    </w:p>
    <w:p w14:paraId="26CE4C5B" w14:textId="77777777" w:rsidR="0035402B" w:rsidRDefault="00000000">
      <w:pPr>
        <w:keepLines/>
        <w:spacing w:after="100"/>
      </w:pPr>
      <w:r>
        <w:rPr>
          <w:sz w:val="20"/>
        </w:rPr>
        <w:t>The Community Clothing Closet and TCNC Food Pantry are open twice each week to serve our neighbors.</w:t>
      </w:r>
    </w:p>
    <w:tbl>
      <w:tblPr>
        <w:tblW w:w="9360" w:type="dxa"/>
        <w:tblInd w:w="120" w:type="dxa"/>
        <w:tblLayout w:type="fixed"/>
        <w:tblLook w:val="04A0" w:firstRow="1" w:lastRow="0" w:firstColumn="1" w:lastColumn="0" w:noHBand="0" w:noVBand="1"/>
      </w:tblPr>
      <w:tblGrid>
        <w:gridCol w:w="3600"/>
        <w:gridCol w:w="2880"/>
        <w:gridCol w:w="2880"/>
      </w:tblGrid>
      <w:tr w:rsidR="0035402B" w14:paraId="716A0059" w14:textId="77777777">
        <w:trPr>
          <w:tblHeader/>
        </w:trPr>
        <w:tc>
          <w:tcPr>
            <w:tcW w:w="3600" w:type="dxa"/>
            <w:tcBorders>
              <w:top w:val="single" w:sz="5" w:space="0" w:color="163F3A"/>
              <w:left w:val="single" w:sz="5" w:space="0" w:color="163F3A"/>
              <w:bottom w:val="single" w:sz="5" w:space="0" w:color="163F3A"/>
              <w:right w:val="single" w:sz="5" w:space="0" w:color="163F3A"/>
            </w:tcBorders>
            <w:shd w:val="clear" w:color="auto" w:fill="163F3A"/>
            <w:tcMar>
              <w:top w:w="110" w:type="dxa"/>
              <w:left w:w="140" w:type="dxa"/>
              <w:bottom w:w="110" w:type="dxa"/>
              <w:right w:w="140" w:type="dxa"/>
            </w:tcMar>
            <w:vAlign w:val="center"/>
          </w:tcPr>
          <w:p w14:paraId="53540A36" w14:textId="77777777" w:rsidR="0035402B" w:rsidRDefault="00000000">
            <w:pPr>
              <w:spacing w:after="0"/>
            </w:pPr>
            <w:r>
              <w:rPr>
                <w:b/>
                <w:color w:val="FFFFFF"/>
                <w:sz w:val="18"/>
              </w:rPr>
              <w:t>MINISTRY</w:t>
            </w:r>
          </w:p>
        </w:tc>
        <w:tc>
          <w:tcPr>
            <w:tcW w:w="2880" w:type="dxa"/>
            <w:tcBorders>
              <w:top w:val="single" w:sz="5" w:space="0" w:color="163F3A"/>
              <w:left w:val="single" w:sz="5" w:space="0" w:color="163F3A"/>
              <w:bottom w:val="single" w:sz="5" w:space="0" w:color="163F3A"/>
              <w:right w:val="single" w:sz="5" w:space="0" w:color="163F3A"/>
            </w:tcBorders>
            <w:shd w:val="clear" w:color="auto" w:fill="163F3A"/>
            <w:tcMar>
              <w:top w:w="110" w:type="dxa"/>
              <w:left w:w="140" w:type="dxa"/>
              <w:bottom w:w="110" w:type="dxa"/>
              <w:right w:w="140" w:type="dxa"/>
            </w:tcMar>
            <w:vAlign w:val="center"/>
          </w:tcPr>
          <w:p w14:paraId="5A189A93" w14:textId="77777777" w:rsidR="0035402B" w:rsidRDefault="00000000">
            <w:pPr>
              <w:spacing w:after="0"/>
              <w:jc w:val="center"/>
            </w:pPr>
            <w:r>
              <w:rPr>
                <w:b/>
                <w:color w:val="FFFFFF"/>
                <w:sz w:val="18"/>
              </w:rPr>
              <w:t>SUNDAY</w:t>
            </w:r>
          </w:p>
        </w:tc>
        <w:tc>
          <w:tcPr>
            <w:tcW w:w="2880" w:type="dxa"/>
            <w:tcBorders>
              <w:top w:val="single" w:sz="5" w:space="0" w:color="163F3A"/>
              <w:left w:val="single" w:sz="5" w:space="0" w:color="163F3A"/>
              <w:bottom w:val="single" w:sz="5" w:space="0" w:color="163F3A"/>
              <w:right w:val="single" w:sz="5" w:space="0" w:color="163F3A"/>
            </w:tcBorders>
            <w:shd w:val="clear" w:color="auto" w:fill="163F3A"/>
            <w:tcMar>
              <w:top w:w="110" w:type="dxa"/>
              <w:left w:w="140" w:type="dxa"/>
              <w:bottom w:w="110" w:type="dxa"/>
              <w:right w:w="140" w:type="dxa"/>
            </w:tcMar>
            <w:vAlign w:val="center"/>
          </w:tcPr>
          <w:p w14:paraId="7CEED4E3" w14:textId="77777777" w:rsidR="0035402B" w:rsidRDefault="00000000">
            <w:pPr>
              <w:spacing w:after="0"/>
              <w:jc w:val="center"/>
            </w:pPr>
            <w:r>
              <w:rPr>
                <w:b/>
                <w:color w:val="FFFFFF"/>
                <w:sz w:val="18"/>
              </w:rPr>
              <w:t>WEDNESDAY</w:t>
            </w:r>
          </w:p>
        </w:tc>
      </w:tr>
      <w:tr w:rsidR="0035402B" w14:paraId="62CB373C" w14:textId="77777777">
        <w:tc>
          <w:tcPr>
            <w:tcW w:w="3600" w:type="dxa"/>
            <w:tcBorders>
              <w:top w:val="single" w:sz="5" w:space="0" w:color="C8D5D0"/>
              <w:left w:val="single" w:sz="5" w:space="0" w:color="C8D5D0"/>
              <w:bottom w:val="single" w:sz="5" w:space="0" w:color="C8D5D0"/>
              <w:right w:val="single" w:sz="5" w:space="0" w:color="C8D5D0"/>
            </w:tcBorders>
            <w:shd w:val="clear" w:color="auto" w:fill="F7F1E5"/>
            <w:tcMar>
              <w:top w:w="110" w:type="dxa"/>
              <w:left w:w="140" w:type="dxa"/>
              <w:bottom w:w="110" w:type="dxa"/>
              <w:right w:w="140" w:type="dxa"/>
            </w:tcMar>
            <w:vAlign w:val="center"/>
          </w:tcPr>
          <w:p w14:paraId="0A9C4827" w14:textId="77777777" w:rsidR="0035402B" w:rsidRDefault="00000000">
            <w:pPr>
              <w:spacing w:after="0"/>
            </w:pPr>
            <w:r>
              <w:rPr>
                <w:b/>
                <w:sz w:val="19"/>
              </w:rPr>
              <w:t>Community Clothing Closet</w:t>
            </w:r>
          </w:p>
        </w:tc>
        <w:tc>
          <w:tcPr>
            <w:tcW w:w="2880" w:type="dxa"/>
            <w:tcBorders>
              <w:top w:val="single" w:sz="5" w:space="0" w:color="C8D5D0"/>
              <w:left w:val="single" w:sz="5" w:space="0" w:color="C8D5D0"/>
              <w:bottom w:val="single" w:sz="5" w:space="0" w:color="C8D5D0"/>
              <w:right w:val="single" w:sz="5" w:space="0" w:color="C8D5D0"/>
            </w:tcBorders>
            <w:shd w:val="clear" w:color="auto" w:fill="F7F1E5"/>
            <w:tcMar>
              <w:top w:w="110" w:type="dxa"/>
              <w:left w:w="140" w:type="dxa"/>
              <w:bottom w:w="110" w:type="dxa"/>
              <w:right w:w="140" w:type="dxa"/>
            </w:tcMar>
            <w:vAlign w:val="center"/>
          </w:tcPr>
          <w:p w14:paraId="2888B059" w14:textId="77777777" w:rsidR="0035402B" w:rsidRDefault="00000000">
            <w:pPr>
              <w:spacing w:after="0"/>
              <w:jc w:val="center"/>
            </w:pPr>
            <w:r>
              <w:rPr>
                <w:sz w:val="19"/>
              </w:rPr>
              <w:t>12:30-2:00 PM</w:t>
            </w:r>
          </w:p>
        </w:tc>
        <w:tc>
          <w:tcPr>
            <w:tcW w:w="2880" w:type="dxa"/>
            <w:tcBorders>
              <w:top w:val="single" w:sz="5" w:space="0" w:color="C8D5D0"/>
              <w:left w:val="single" w:sz="5" w:space="0" w:color="C8D5D0"/>
              <w:bottom w:val="single" w:sz="5" w:space="0" w:color="C8D5D0"/>
              <w:right w:val="single" w:sz="5" w:space="0" w:color="C8D5D0"/>
            </w:tcBorders>
            <w:shd w:val="clear" w:color="auto" w:fill="F7F1E5"/>
            <w:tcMar>
              <w:top w:w="110" w:type="dxa"/>
              <w:left w:w="140" w:type="dxa"/>
              <w:bottom w:w="110" w:type="dxa"/>
              <w:right w:w="140" w:type="dxa"/>
            </w:tcMar>
            <w:vAlign w:val="center"/>
          </w:tcPr>
          <w:p w14:paraId="1EE2184E" w14:textId="77777777" w:rsidR="0035402B" w:rsidRDefault="00000000">
            <w:pPr>
              <w:spacing w:after="0"/>
              <w:jc w:val="center"/>
            </w:pPr>
            <w:r>
              <w:rPr>
                <w:sz w:val="19"/>
              </w:rPr>
              <w:t>4:30-6:00 PM</w:t>
            </w:r>
          </w:p>
        </w:tc>
      </w:tr>
      <w:tr w:rsidR="0035402B" w14:paraId="5C4A9C90" w14:textId="77777777">
        <w:tc>
          <w:tcPr>
            <w:tcW w:w="3600" w:type="dxa"/>
            <w:tcBorders>
              <w:top w:val="single" w:sz="5" w:space="0" w:color="C8D5D0"/>
              <w:left w:val="single" w:sz="5" w:space="0" w:color="C8D5D0"/>
              <w:bottom w:val="single" w:sz="5" w:space="0" w:color="C8D5D0"/>
              <w:right w:val="single" w:sz="5" w:space="0" w:color="C8D5D0"/>
            </w:tcBorders>
            <w:shd w:val="clear" w:color="auto" w:fill="FFFFFF"/>
            <w:tcMar>
              <w:top w:w="110" w:type="dxa"/>
              <w:left w:w="140" w:type="dxa"/>
              <w:bottom w:w="110" w:type="dxa"/>
              <w:right w:w="140" w:type="dxa"/>
            </w:tcMar>
            <w:vAlign w:val="center"/>
          </w:tcPr>
          <w:p w14:paraId="2912DCE7" w14:textId="77777777" w:rsidR="0035402B" w:rsidRDefault="00000000">
            <w:pPr>
              <w:spacing w:after="0"/>
            </w:pPr>
            <w:r>
              <w:rPr>
                <w:b/>
                <w:sz w:val="19"/>
              </w:rPr>
              <w:t>TCNC Food Pantry</w:t>
            </w:r>
          </w:p>
        </w:tc>
        <w:tc>
          <w:tcPr>
            <w:tcW w:w="2880" w:type="dxa"/>
            <w:tcBorders>
              <w:top w:val="single" w:sz="5" w:space="0" w:color="C8D5D0"/>
              <w:left w:val="single" w:sz="5" w:space="0" w:color="C8D5D0"/>
              <w:bottom w:val="single" w:sz="5" w:space="0" w:color="C8D5D0"/>
              <w:right w:val="single" w:sz="5" w:space="0" w:color="C8D5D0"/>
            </w:tcBorders>
            <w:shd w:val="clear" w:color="auto" w:fill="FFFFFF"/>
            <w:tcMar>
              <w:top w:w="110" w:type="dxa"/>
              <w:left w:w="140" w:type="dxa"/>
              <w:bottom w:w="110" w:type="dxa"/>
              <w:right w:w="140" w:type="dxa"/>
            </w:tcMar>
            <w:vAlign w:val="center"/>
          </w:tcPr>
          <w:p w14:paraId="53B1572B" w14:textId="77777777" w:rsidR="0035402B" w:rsidRDefault="00000000">
            <w:pPr>
              <w:spacing w:after="0"/>
              <w:jc w:val="center"/>
            </w:pPr>
            <w:r>
              <w:rPr>
                <w:sz w:val="19"/>
              </w:rPr>
              <w:t>12:30-2:00 PM</w:t>
            </w:r>
          </w:p>
        </w:tc>
        <w:tc>
          <w:tcPr>
            <w:tcW w:w="2880" w:type="dxa"/>
            <w:tcBorders>
              <w:top w:val="single" w:sz="5" w:space="0" w:color="C8D5D0"/>
              <w:left w:val="single" w:sz="5" w:space="0" w:color="C8D5D0"/>
              <w:bottom w:val="single" w:sz="5" w:space="0" w:color="C8D5D0"/>
              <w:right w:val="single" w:sz="5" w:space="0" w:color="C8D5D0"/>
            </w:tcBorders>
            <w:shd w:val="clear" w:color="auto" w:fill="FFFFFF"/>
            <w:tcMar>
              <w:top w:w="110" w:type="dxa"/>
              <w:left w:w="140" w:type="dxa"/>
              <w:bottom w:w="110" w:type="dxa"/>
              <w:right w:w="140" w:type="dxa"/>
            </w:tcMar>
            <w:vAlign w:val="center"/>
          </w:tcPr>
          <w:p w14:paraId="5569F0E0" w14:textId="77777777" w:rsidR="0035402B" w:rsidRDefault="00000000">
            <w:pPr>
              <w:spacing w:after="0"/>
              <w:jc w:val="center"/>
            </w:pPr>
            <w:r>
              <w:rPr>
                <w:sz w:val="19"/>
              </w:rPr>
              <w:t>4:30-6:00 PM</w:t>
            </w:r>
          </w:p>
        </w:tc>
      </w:tr>
    </w:tbl>
    <w:p w14:paraId="35651C53" w14:textId="77777777" w:rsidR="0035402B" w:rsidRDefault="00000000">
      <w:pPr>
        <w:keepNext/>
        <w:keepLines/>
        <w:spacing w:before="140" w:after="20"/>
      </w:pPr>
      <w:r>
        <w:rPr>
          <w:b/>
          <w:color w:val="A95632"/>
          <w:sz w:val="23"/>
        </w:rPr>
        <w:t>Prison Ministry</w:t>
      </w:r>
    </w:p>
    <w:p w14:paraId="02FC7818" w14:textId="77777777" w:rsidR="0035402B" w:rsidRDefault="00000000">
      <w:pPr>
        <w:keepLines/>
        <w:spacing w:after="140"/>
      </w:pPr>
      <w:r>
        <w:rPr>
          <w:sz w:val="19"/>
        </w:rPr>
        <w:t>Interested in joining this team? Reach out to Pastor Andy or Elder TJ Woods for the required next steps.</w:t>
      </w:r>
    </w:p>
    <w:p w14:paraId="2A97DF53" w14:textId="77777777" w:rsidR="0035402B" w:rsidRDefault="00000000">
      <w:pPr>
        <w:keepNext/>
        <w:keepLines/>
        <w:spacing w:after="20" w:line="240" w:lineRule="auto"/>
      </w:pPr>
      <w:r>
        <w:rPr>
          <w:b/>
          <w:color w:val="D59A2A"/>
          <w:sz w:val="17"/>
        </w:rPr>
        <w:t>ONE LINK. MANY NEXT STEPS.</w:t>
      </w:r>
    </w:p>
    <w:p w14:paraId="1F5F4C3F" w14:textId="77777777" w:rsidR="0035402B" w:rsidRDefault="00000000">
      <w:pPr>
        <w:keepNext/>
        <w:keepLines/>
        <w:spacing w:after="160" w:line="240" w:lineRule="auto"/>
      </w:pPr>
      <w:r>
        <w:rPr>
          <w:b/>
          <w:color w:val="163F3A"/>
          <w:sz w:val="40"/>
        </w:rPr>
        <w:t>Stay Connected</w:t>
      </w:r>
    </w:p>
    <w:p w14:paraId="25FCD63E" w14:textId="77777777" w:rsidR="0035402B" w:rsidRDefault="00000000">
      <w:pPr>
        <w:keepLines/>
        <w:spacing w:after="40"/>
        <w:jc w:val="center"/>
      </w:pPr>
      <w:r>
        <w:rPr>
          <w:sz w:val="20"/>
        </w:rPr>
        <w:t>New to the church? Ready to serve? Need the church calendar or want to confirm your information? Scan the code or use the Linktree below.</w:t>
      </w:r>
    </w:p>
    <w:p w14:paraId="6FB3DBB1" w14:textId="77777777" w:rsidR="0035402B" w:rsidRDefault="00000000">
      <w:pPr>
        <w:spacing w:after="20"/>
        <w:jc w:val="center"/>
      </w:pPr>
      <w:r>
        <w:rPr>
          <w:noProof/>
        </w:rPr>
        <w:drawing>
          <wp:inline distT="0" distB="0" distL="0" distR="0" wp14:anchorId="2345E954" wp14:editId="4C150EC3">
            <wp:extent cx="1143000" cy="1143000"/>
            <wp:effectExtent l="0" t="0" r="0" b="0"/>
            <wp:docPr id="4" name="Picture 4" descr="QR code linking to Transformation Church NC Linktree" title="TCNC Linktree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nc_linktree_qr.png"/>
                    <pic:cNvPicPr/>
                  </pic:nvPicPr>
                  <pic:blipFill>
                    <a:blip r:embed="rId9"/>
                    <a:stretch>
                      <a:fillRect/>
                    </a:stretch>
                  </pic:blipFill>
                  <pic:spPr>
                    <a:xfrm>
                      <a:off x="0" y="0"/>
                      <a:ext cx="1143000" cy="1143000"/>
                    </a:xfrm>
                    <a:prstGeom prst="rect">
                      <a:avLst/>
                    </a:prstGeom>
                  </pic:spPr>
                </pic:pic>
              </a:graphicData>
            </a:graphic>
          </wp:inline>
        </w:drawing>
      </w:r>
    </w:p>
    <w:p w14:paraId="620006F7" w14:textId="77777777" w:rsidR="0035402B" w:rsidRDefault="00000000">
      <w:pPr>
        <w:jc w:val="center"/>
      </w:pPr>
      <w:hyperlink r:id="rId10">
        <w:r>
          <w:rPr>
            <w:b/>
            <w:color w:val="163F3A"/>
            <w:u w:val="single"/>
          </w:rPr>
          <w:t>linktr.ee/TransformationChurchNC</w:t>
        </w:r>
      </w:hyperlink>
    </w:p>
    <w:p w14:paraId="361820B3" w14:textId="77777777" w:rsidR="0035402B" w:rsidRDefault="00000000">
      <w:pPr>
        <w:keepLines/>
        <w:pBdr>
          <w:left w:val="single" w:sz="14" w:space="8" w:color="D59A2A"/>
        </w:pBdr>
        <w:spacing w:before="20" w:line="264" w:lineRule="auto"/>
        <w:ind w:left="173" w:right="115"/>
      </w:pPr>
      <w:r>
        <w:rPr>
          <w:b/>
          <w:color w:val="163F3A"/>
          <w:sz w:val="22"/>
        </w:rPr>
        <w:t>Download GroupMe</w:t>
      </w:r>
      <w:r>
        <w:rPr>
          <w:b/>
          <w:color w:val="163F3A"/>
          <w:sz w:val="22"/>
        </w:rPr>
        <w:br/>
      </w:r>
      <w:r>
        <w:rPr>
          <w:sz w:val="19"/>
        </w:rPr>
        <w:t>Join the fellowship, ministry, prayer, and meal group chats. GroupMe is the easiest way to communicate and stay up to date on TCNC information.</w:t>
      </w:r>
    </w:p>
    <w:p w14:paraId="56AB4D3D" w14:textId="77777777" w:rsidR="0035402B" w:rsidRDefault="00000000">
      <w:pPr>
        <w:keepLines/>
        <w:pBdr>
          <w:left w:val="single" w:sz="14" w:space="8" w:color="163F3A"/>
        </w:pBdr>
        <w:spacing w:before="20" w:line="264" w:lineRule="auto"/>
        <w:ind w:left="173" w:right="115"/>
      </w:pPr>
      <w:r>
        <w:rPr>
          <w:b/>
          <w:color w:val="163F3A"/>
          <w:sz w:val="22"/>
        </w:rPr>
        <w:t>Visit TC Central</w:t>
      </w:r>
      <w:r>
        <w:rPr>
          <w:b/>
          <w:color w:val="163F3A"/>
          <w:sz w:val="22"/>
        </w:rPr>
        <w:br/>
      </w:r>
      <w:r>
        <w:rPr>
          <w:sz w:val="19"/>
        </w:rPr>
        <w:t>Pick up volunteer sign-up sheets, register for Pastor's Table, and check that all member and attender information is accurate. Thank you!</w:t>
      </w:r>
    </w:p>
    <w:p w14:paraId="04BF11AD" w14:textId="77777777" w:rsidR="0035402B" w:rsidRDefault="00000000">
      <w:pPr>
        <w:keepLines/>
        <w:pBdr>
          <w:left w:val="single" w:sz="14" w:space="8" w:color="A95632"/>
        </w:pBdr>
        <w:spacing w:before="20" w:line="264" w:lineRule="auto"/>
        <w:ind w:left="173" w:right="115"/>
      </w:pPr>
      <w:r>
        <w:rPr>
          <w:b/>
          <w:color w:val="163F3A"/>
          <w:sz w:val="22"/>
        </w:rPr>
        <w:t>Follow TCNC Online</w:t>
      </w:r>
      <w:r>
        <w:rPr>
          <w:b/>
          <w:color w:val="163F3A"/>
          <w:sz w:val="22"/>
        </w:rPr>
        <w:br/>
      </w:r>
      <w:r>
        <w:rPr>
          <w:sz w:val="19"/>
        </w:rPr>
        <w:t>Stay connected through Facebook, YouTube, and the Transformation Church NC website. TCNC Bingo Shirts are available through our Facebook page.</w:t>
      </w:r>
    </w:p>
    <w:p w14:paraId="3115DEA2" w14:textId="77777777" w:rsidR="0035402B" w:rsidRDefault="00000000">
      <w:pPr>
        <w:keepNext/>
        <w:keepLines/>
        <w:shd w:val="clear" w:color="auto" w:fill="F6E9C7"/>
        <w:spacing w:before="40" w:after="80" w:line="240" w:lineRule="auto"/>
        <w:ind w:left="173" w:right="173"/>
        <w:jc w:val="center"/>
      </w:pPr>
      <w:r>
        <w:rPr>
          <w:b/>
          <w:color w:val="0D2E2A"/>
          <w:sz w:val="17"/>
        </w:rPr>
        <w:t>WE ARE BETTER TOGETHER</w:t>
      </w:r>
    </w:p>
    <w:p w14:paraId="2F0ABCF4" w14:textId="77777777" w:rsidR="0035402B" w:rsidRDefault="00000000">
      <w:pPr>
        <w:keepLines/>
        <w:spacing w:after="20"/>
        <w:jc w:val="center"/>
      </w:pPr>
      <w:r>
        <w:rPr>
          <w:b/>
          <w:color w:val="163F3A"/>
          <w:sz w:val="20"/>
        </w:rPr>
        <w:t>Thank you for worshiping, serving, growing, and building with the Transformation Church NC family.</w:t>
      </w:r>
    </w:p>
    <w:sectPr w:rsidR="0035402B" w:rsidSect="00034616">
      <w:footerReference w:type="default" r:id="rId11"/>
      <w:pgSz w:w="12240" w:h="15840"/>
      <w:pgMar w:top="835" w:right="936" w:bottom="792" w:left="936" w:header="403"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63A5" w14:textId="77777777" w:rsidR="00453F0F" w:rsidRDefault="00453F0F">
      <w:pPr>
        <w:spacing w:after="0" w:line="240" w:lineRule="auto"/>
      </w:pPr>
      <w:r>
        <w:separator/>
      </w:r>
    </w:p>
  </w:endnote>
  <w:endnote w:type="continuationSeparator" w:id="0">
    <w:p w14:paraId="4D9247AD" w14:textId="77777777" w:rsidR="00453F0F" w:rsidRDefault="0045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FD59F" w14:textId="79A05A7A" w:rsidR="0035402B" w:rsidRDefault="00000000">
    <w:pPr>
      <w:pStyle w:val="Footer"/>
      <w:jc w:val="center"/>
    </w:pPr>
    <w:r>
      <w:rPr>
        <w:b/>
        <w:color w:val="5C6A67"/>
        <w:sz w:val="16"/>
      </w:rPr>
      <w:t xml:space="preserve">TRANSFORMATION CHURCH NC </w:t>
    </w:r>
    <w:r w:rsidR="00AE4FFB">
      <w:rPr>
        <w:b/>
        <w:color w:val="5C6A67"/>
        <w:sz w:val="16"/>
      </w:rPr>
      <w:t>| AUGUST 19,</w:t>
    </w:r>
    <w:r>
      <w:rPr>
        <w:b/>
        <w:color w:val="5C6A67"/>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BF24" w14:textId="77777777" w:rsidR="00453F0F" w:rsidRDefault="00453F0F">
      <w:pPr>
        <w:spacing w:after="0" w:line="240" w:lineRule="auto"/>
      </w:pPr>
      <w:r>
        <w:separator/>
      </w:r>
    </w:p>
  </w:footnote>
  <w:footnote w:type="continuationSeparator" w:id="0">
    <w:p w14:paraId="02471015" w14:textId="77777777" w:rsidR="00453F0F" w:rsidRDefault="00453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0717650">
    <w:abstractNumId w:val="8"/>
  </w:num>
  <w:num w:numId="2" w16cid:durableId="226576069">
    <w:abstractNumId w:val="6"/>
  </w:num>
  <w:num w:numId="3" w16cid:durableId="228806577">
    <w:abstractNumId w:val="5"/>
  </w:num>
  <w:num w:numId="4" w16cid:durableId="829175152">
    <w:abstractNumId w:val="4"/>
  </w:num>
  <w:num w:numId="5" w16cid:durableId="847139037">
    <w:abstractNumId w:val="7"/>
  </w:num>
  <w:num w:numId="6" w16cid:durableId="782964479">
    <w:abstractNumId w:val="3"/>
  </w:num>
  <w:num w:numId="7" w16cid:durableId="1618025458">
    <w:abstractNumId w:val="2"/>
  </w:num>
  <w:num w:numId="8" w16cid:durableId="571432401">
    <w:abstractNumId w:val="1"/>
  </w:num>
  <w:num w:numId="9" w16cid:durableId="121230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4458"/>
    <w:rsid w:val="0029639D"/>
    <w:rsid w:val="00326F90"/>
    <w:rsid w:val="0035402B"/>
    <w:rsid w:val="00453F0F"/>
    <w:rsid w:val="00AA1D8D"/>
    <w:rsid w:val="00AE4FFB"/>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102EC9"/>
  <w14:defaultImageDpi w14:val="300"/>
  <w15:docId w15:val="{C420BAAD-8DAC-5D43-AA2A-2706249F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Calibri" w:hAnsi="Calibri"/>
      <w:color w:val="24312F"/>
      <w:sz w:val="21"/>
    </w:rPr>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b/>
      <w:bCs/>
      <w:color w:val="163F3A"/>
      <w:sz w:val="4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A95632"/>
      <w:sz w:val="26"/>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color w:val="163F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contextualSpacing/>
    </w:pPr>
    <w:rPr>
      <w:rFonts w:asciiTheme="majorHAnsi" w:eastAsiaTheme="majorEastAsia" w:hAnsiTheme="majorHAnsi" w:cstheme="majorBidi"/>
      <w:b/>
      <w:color w:val="163F3A"/>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nktr.ee/TransformationChurchNC"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572</Words>
  <Characters>3777</Characters>
  <Application>Microsoft Office Word</Application>
  <DocSecurity>0</DocSecurity>
  <Lines>111</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Transformation Times - August and September 2026</dc:title>
  <dc:subject>Transformation Church NC newsletter</dc:subject>
  <dc:creator>Transformation Church NC</dc:creator>
  <cp:keywords>TCNC, church newsletter, events, ministry, outreach</cp:keywords>
  <dc:description>generated by python-docx</dc:description>
  <cp:lastModifiedBy>Shannon Shulenberger</cp:lastModifiedBy>
  <cp:revision>2</cp:revision>
  <dcterms:created xsi:type="dcterms:W3CDTF">2026-08-20T16:58:00Z</dcterms:created>
  <dcterms:modified xsi:type="dcterms:W3CDTF">2026-08-20T16:58:00Z</dcterms:modified>
  <cp:category/>
</cp:coreProperties>
</file>